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DA84" w14:textId="54C9F7B2" w:rsidR="00C16E17" w:rsidRDefault="00000000" w:rsidP="00EE0C11">
      <w:pPr>
        <w:spacing w:after="20"/>
        <w:jc w:val="center"/>
        <w:rPr>
          <w:rFonts w:ascii="Helvetica" w:hAnsi="Helvetica"/>
          <w:b/>
          <w:color w:val="718096"/>
          <w:sz w:val="17"/>
        </w:rPr>
      </w:pPr>
      <w:r>
        <w:rPr>
          <w:rFonts w:ascii="Helvetica" w:hAnsi="Helvetica"/>
          <w:b/>
          <w:color w:val="718096"/>
          <w:sz w:val="17"/>
        </w:rPr>
        <w:t xml:space="preserve">OPĆINA VELIKA KLADUŠA • </w:t>
      </w:r>
      <w:r w:rsidR="006131DF">
        <w:rPr>
          <w:rFonts w:ascii="Helvetica" w:hAnsi="Helvetica"/>
          <w:b/>
          <w:color w:val="718096"/>
          <w:sz w:val="17"/>
        </w:rPr>
        <w:t>SLUŽBA ZA UPRAVU, DRUŠTVENE DJELATNOSTI I ZAJEDNIČKE POSLOVE</w:t>
      </w:r>
    </w:p>
    <w:p w14:paraId="72290B28" w14:textId="77777777" w:rsidR="00EE0C11" w:rsidRDefault="00EE0C11" w:rsidP="00EE0C11">
      <w:pPr>
        <w:spacing w:after="20"/>
        <w:jc w:val="center"/>
      </w:pPr>
    </w:p>
    <w:p w14:paraId="363001F3" w14:textId="77777777" w:rsidR="00C16E17" w:rsidRDefault="00000000" w:rsidP="006131DF">
      <w:pPr>
        <w:spacing w:before="20" w:after="20"/>
        <w:jc w:val="center"/>
      </w:pPr>
      <w:r>
        <w:rPr>
          <w:rFonts w:ascii="Helvetica" w:hAnsi="Helvetica"/>
          <w:b/>
          <w:color w:val="1A365D"/>
          <w:sz w:val="28"/>
        </w:rPr>
        <w:t>OBRAZAC PROJEKTNOG PRIJEDLOGA</w:t>
      </w:r>
    </w:p>
    <w:p w14:paraId="6AC794D3" w14:textId="77777777" w:rsidR="00C16E17" w:rsidRDefault="00000000" w:rsidP="006131DF">
      <w:pPr>
        <w:spacing w:before="20" w:after="120"/>
        <w:jc w:val="center"/>
      </w:pPr>
      <w:r>
        <w:rPr>
          <w:rFonts w:ascii="Helvetica" w:hAnsi="Helvetica"/>
          <w:b/>
          <w:color w:val="2B6CB0"/>
          <w:sz w:val="19"/>
        </w:rPr>
        <w:t>JAVNI POZIV ZA FINANSIRANJE I SUFINANSIRANJE PROJEKATA OCD IZ BUDŽETA OPĆINE VELIKA KLADUŠA ZA 2026. GODINU</w:t>
      </w:r>
    </w:p>
    <w:p w14:paraId="05A562C9" w14:textId="77777777" w:rsidR="00C16E17" w:rsidRDefault="00C16E17">
      <w:pPr>
        <w:pBdr>
          <w:bottom w:val="single" w:sz="12" w:space="1" w:color="1A365D"/>
        </w:pBdr>
        <w:spacing w:after="1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  <w:gridCol w:w="8"/>
      </w:tblGrid>
      <w:tr w:rsidR="00C16E17" w14:paraId="78CF2FAC" w14:textId="77777777">
        <w:trPr>
          <w:jc w:val="center"/>
        </w:trPr>
        <w:tc>
          <w:tcPr>
            <w:tcW w:w="10224" w:type="dxa"/>
            <w:gridSpan w:val="5"/>
            <w:tcBorders>
              <w:left w:val="single" w:sz="24" w:space="0" w:color="2B6CB0"/>
            </w:tcBorders>
            <w:shd w:val="clear" w:color="auto" w:fill="EBF8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B5D83" w14:textId="77777777" w:rsidR="00C16E17" w:rsidRDefault="00000000">
            <w:pPr>
              <w:spacing w:before="40" w:after="40"/>
            </w:pPr>
            <w:r>
              <w:rPr>
                <w:rFonts w:ascii="Helvetica" w:hAnsi="Helvetica"/>
                <w:b/>
                <w:color w:val="1A365D"/>
                <w:sz w:val="18"/>
              </w:rPr>
              <w:t>I. OPĆI PODACI O PROJEKTU I APLIKANTU</w:t>
            </w:r>
          </w:p>
        </w:tc>
      </w:tr>
      <w:tr w:rsidR="00C16E17" w14:paraId="17F7E99B" w14:textId="77777777">
        <w:trPr>
          <w:gridAfter w:val="1"/>
          <w:wAfter w:w="8" w:type="dxa"/>
          <w:jc w:val="center"/>
        </w:trPr>
        <w:tc>
          <w:tcPr>
            <w:tcW w:w="10512" w:type="dxa"/>
            <w:gridSpan w:val="4"/>
          </w:tcPr>
          <w:p w14:paraId="3F64C575" w14:textId="06F374D0" w:rsidR="00C16E17" w:rsidRDefault="00000000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Naziv projekta: </w:t>
            </w:r>
            <w:r>
              <w:rPr>
                <w:color w:val="718096"/>
              </w:rPr>
              <w:t>____________________________________________________________________</w:t>
            </w:r>
            <w:r w:rsidR="006131DF">
              <w:rPr>
                <w:color w:val="718096"/>
              </w:rPr>
              <w:t>___________________________________________</w:t>
            </w:r>
          </w:p>
        </w:tc>
      </w:tr>
      <w:tr w:rsidR="00C16E17" w14:paraId="7D10CF2E" w14:textId="77777777">
        <w:trPr>
          <w:gridAfter w:val="1"/>
          <w:wAfter w:w="8" w:type="dxa"/>
          <w:jc w:val="center"/>
        </w:trPr>
        <w:tc>
          <w:tcPr>
            <w:tcW w:w="10512" w:type="dxa"/>
            <w:gridSpan w:val="4"/>
          </w:tcPr>
          <w:p w14:paraId="1CC99975" w14:textId="297AF479" w:rsidR="00C16E17" w:rsidRDefault="00000000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Naziv organizacije (OCD): </w:t>
            </w:r>
            <w:r>
              <w:rPr>
                <w:color w:val="718096"/>
              </w:rPr>
              <w:t>____________________________________________________________________</w:t>
            </w:r>
            <w:r w:rsidR="006131DF">
              <w:rPr>
                <w:color w:val="718096"/>
              </w:rPr>
              <w:t>_________________________________</w:t>
            </w:r>
          </w:p>
        </w:tc>
      </w:tr>
      <w:tr w:rsidR="00C16E17" w14:paraId="6DFD03B8" w14:textId="77777777">
        <w:trPr>
          <w:gridAfter w:val="1"/>
          <w:wAfter w:w="8" w:type="dxa"/>
          <w:jc w:val="center"/>
        </w:trPr>
        <w:tc>
          <w:tcPr>
            <w:tcW w:w="10512" w:type="dxa"/>
            <w:gridSpan w:val="4"/>
          </w:tcPr>
          <w:p w14:paraId="08E901F7" w14:textId="1E02AD90" w:rsidR="00C16E17" w:rsidRDefault="00000000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Prioritetna oblast javnog poziva: </w:t>
            </w:r>
            <w:r>
              <w:rPr>
                <w:color w:val="718096"/>
              </w:rPr>
              <w:t>____________________________________________________________________</w:t>
            </w:r>
            <w:r w:rsidR="006131DF">
              <w:rPr>
                <w:color w:val="718096"/>
              </w:rPr>
              <w:t>__________________________</w:t>
            </w:r>
          </w:p>
        </w:tc>
      </w:tr>
      <w:tr w:rsidR="00C16E17" w14:paraId="0B3BB711" w14:textId="77777777">
        <w:trPr>
          <w:gridAfter w:val="1"/>
          <w:wAfter w:w="8" w:type="dxa"/>
          <w:jc w:val="center"/>
        </w:trPr>
        <w:tc>
          <w:tcPr>
            <w:tcW w:w="2628" w:type="dxa"/>
          </w:tcPr>
          <w:p w14:paraId="1E84A361" w14:textId="77777777" w:rsidR="00C16E17" w:rsidRDefault="00000000" w:rsidP="00EE0C11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Trajanje projekta (u mjesecima): </w:t>
            </w:r>
            <w:r>
              <w:rPr>
                <w:color w:val="718096"/>
              </w:rPr>
              <w:t>___________</w:t>
            </w:r>
          </w:p>
        </w:tc>
        <w:tc>
          <w:tcPr>
            <w:tcW w:w="2628" w:type="dxa"/>
          </w:tcPr>
          <w:p w14:paraId="617C8BB0" w14:textId="77777777" w:rsidR="00C16E17" w:rsidRDefault="00C16E17" w:rsidP="00EE0C11"/>
        </w:tc>
        <w:tc>
          <w:tcPr>
            <w:tcW w:w="2628" w:type="dxa"/>
          </w:tcPr>
          <w:p w14:paraId="0207DBC6" w14:textId="67C933F8" w:rsidR="00C16E17" w:rsidRDefault="00000000" w:rsidP="00EE0C11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Period </w:t>
            </w:r>
            <w:r w:rsidRPr="00EE0C11">
              <w:rPr>
                <w:b/>
                <w:color w:val="2D3748"/>
                <w:sz w:val="17"/>
                <w:lang w:val="bs-Latn-BA"/>
              </w:rPr>
              <w:t>realizacije:</w:t>
            </w:r>
            <w:r>
              <w:rPr>
                <w:b/>
                <w:color w:val="2D3748"/>
                <w:sz w:val="17"/>
              </w:rPr>
              <w:t xml:space="preserve"> </w:t>
            </w:r>
            <w:r>
              <w:rPr>
                <w:color w:val="718096"/>
              </w:rPr>
              <w:t>___________</w:t>
            </w:r>
            <w:r w:rsidR="006131DF">
              <w:rPr>
                <w:color w:val="718096"/>
              </w:rPr>
              <w:t>_</w:t>
            </w:r>
          </w:p>
        </w:tc>
        <w:tc>
          <w:tcPr>
            <w:tcW w:w="2628" w:type="dxa"/>
          </w:tcPr>
          <w:p w14:paraId="0286DF93" w14:textId="77777777" w:rsidR="00C16E17" w:rsidRDefault="00C16E17"/>
        </w:tc>
      </w:tr>
      <w:tr w:rsidR="00C16E17" w14:paraId="415C77B0" w14:textId="77777777">
        <w:trPr>
          <w:gridAfter w:val="1"/>
          <w:wAfter w:w="8" w:type="dxa"/>
          <w:jc w:val="center"/>
        </w:trPr>
        <w:tc>
          <w:tcPr>
            <w:tcW w:w="2628" w:type="dxa"/>
          </w:tcPr>
          <w:p w14:paraId="0CEAB52E" w14:textId="77777777" w:rsidR="00C16E17" w:rsidRDefault="00000000" w:rsidP="00EE0C11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Ukupan budžet projekta (KM): </w:t>
            </w:r>
            <w:r>
              <w:rPr>
                <w:color w:val="718096"/>
              </w:rPr>
              <w:t>___________</w:t>
            </w:r>
          </w:p>
        </w:tc>
        <w:tc>
          <w:tcPr>
            <w:tcW w:w="2628" w:type="dxa"/>
          </w:tcPr>
          <w:p w14:paraId="233565CC" w14:textId="77777777" w:rsidR="00C16E17" w:rsidRDefault="00C16E17" w:rsidP="00EE0C11"/>
        </w:tc>
        <w:tc>
          <w:tcPr>
            <w:tcW w:w="2628" w:type="dxa"/>
          </w:tcPr>
          <w:p w14:paraId="528EFA59" w14:textId="77777777" w:rsidR="00C16E17" w:rsidRDefault="00000000" w:rsidP="00EE0C11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Traženi iznos od Općine: </w:t>
            </w:r>
            <w:r>
              <w:rPr>
                <w:color w:val="718096"/>
              </w:rPr>
              <w:t>___________</w:t>
            </w:r>
          </w:p>
        </w:tc>
        <w:tc>
          <w:tcPr>
            <w:tcW w:w="2628" w:type="dxa"/>
          </w:tcPr>
          <w:p w14:paraId="52271BA5" w14:textId="77777777" w:rsidR="00C16E17" w:rsidRDefault="00C16E17"/>
        </w:tc>
      </w:tr>
      <w:tr w:rsidR="00C16E17" w14:paraId="0BD13310" w14:textId="77777777">
        <w:trPr>
          <w:gridAfter w:val="1"/>
          <w:wAfter w:w="8" w:type="dxa"/>
          <w:jc w:val="center"/>
        </w:trPr>
        <w:tc>
          <w:tcPr>
            <w:tcW w:w="2628" w:type="dxa"/>
          </w:tcPr>
          <w:p w14:paraId="13686040" w14:textId="77777777" w:rsidR="00C16E17" w:rsidRDefault="00000000" w:rsidP="00EE0C11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Vlastito učešće (KM / %): </w:t>
            </w:r>
            <w:r>
              <w:rPr>
                <w:color w:val="718096"/>
              </w:rPr>
              <w:t>___________</w:t>
            </w:r>
          </w:p>
        </w:tc>
        <w:tc>
          <w:tcPr>
            <w:tcW w:w="2628" w:type="dxa"/>
          </w:tcPr>
          <w:p w14:paraId="26412B67" w14:textId="77777777" w:rsidR="00C16E17" w:rsidRDefault="00C16E17" w:rsidP="00EE0C11"/>
        </w:tc>
        <w:tc>
          <w:tcPr>
            <w:tcW w:w="2628" w:type="dxa"/>
          </w:tcPr>
          <w:p w14:paraId="2D2AD214" w14:textId="77777777" w:rsidR="00C16E17" w:rsidRDefault="00000000" w:rsidP="00EE0C11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Učešće partnera/drugih: </w:t>
            </w:r>
            <w:r>
              <w:rPr>
                <w:color w:val="718096"/>
              </w:rPr>
              <w:t>___________</w:t>
            </w:r>
          </w:p>
        </w:tc>
        <w:tc>
          <w:tcPr>
            <w:tcW w:w="2628" w:type="dxa"/>
          </w:tcPr>
          <w:p w14:paraId="5ECA23ED" w14:textId="77777777" w:rsidR="00C16E17" w:rsidRDefault="00C16E17"/>
        </w:tc>
      </w:tr>
      <w:tr w:rsidR="00C16E17" w14:paraId="234AF158" w14:textId="77777777">
        <w:trPr>
          <w:gridAfter w:val="1"/>
          <w:wAfter w:w="8" w:type="dxa"/>
          <w:jc w:val="center"/>
        </w:trPr>
        <w:tc>
          <w:tcPr>
            <w:tcW w:w="2628" w:type="dxa"/>
          </w:tcPr>
          <w:p w14:paraId="73A098DE" w14:textId="77777777" w:rsidR="00C16E17" w:rsidRDefault="00000000" w:rsidP="00EE0C11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Ime i prezime voditelja projekta: </w:t>
            </w:r>
            <w:r>
              <w:rPr>
                <w:color w:val="718096"/>
              </w:rPr>
              <w:t>___________</w:t>
            </w:r>
          </w:p>
        </w:tc>
        <w:tc>
          <w:tcPr>
            <w:tcW w:w="2628" w:type="dxa"/>
          </w:tcPr>
          <w:p w14:paraId="7315755B" w14:textId="77777777" w:rsidR="00C16E17" w:rsidRDefault="00C16E17" w:rsidP="00EE0C11"/>
        </w:tc>
        <w:tc>
          <w:tcPr>
            <w:tcW w:w="2628" w:type="dxa"/>
          </w:tcPr>
          <w:p w14:paraId="194415E1" w14:textId="77777777" w:rsidR="00C16E17" w:rsidRDefault="00000000" w:rsidP="00EE0C11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Kontakt telefon / e-mail: </w:t>
            </w:r>
            <w:r>
              <w:rPr>
                <w:color w:val="718096"/>
              </w:rPr>
              <w:t>___________</w:t>
            </w:r>
          </w:p>
        </w:tc>
        <w:tc>
          <w:tcPr>
            <w:tcW w:w="2628" w:type="dxa"/>
          </w:tcPr>
          <w:p w14:paraId="640808EA" w14:textId="77777777" w:rsidR="00C16E17" w:rsidRDefault="00C16E17"/>
        </w:tc>
      </w:tr>
      <w:tr w:rsidR="00C16E17" w14:paraId="2817A7C1" w14:textId="77777777">
        <w:trPr>
          <w:gridAfter w:val="1"/>
          <w:wAfter w:w="8" w:type="dxa"/>
          <w:jc w:val="center"/>
        </w:trPr>
        <w:tc>
          <w:tcPr>
            <w:tcW w:w="10512" w:type="dxa"/>
            <w:gridSpan w:val="4"/>
          </w:tcPr>
          <w:p w14:paraId="0D198BDF" w14:textId="52E21A1F" w:rsidR="00C16E17" w:rsidRDefault="00000000" w:rsidP="00EE0C11">
            <w:pPr>
              <w:spacing w:before="40" w:after="40"/>
            </w:pPr>
            <w:r>
              <w:rPr>
                <w:b/>
                <w:color w:val="2D3748"/>
                <w:sz w:val="17"/>
              </w:rPr>
              <w:t xml:space="preserve">Partnerska/e organizacija/e: </w:t>
            </w:r>
            <w:r>
              <w:rPr>
                <w:color w:val="718096"/>
              </w:rPr>
              <w:t>____________________________________________________________________</w:t>
            </w:r>
            <w:r w:rsidR="00EE0C11">
              <w:rPr>
                <w:color w:val="718096"/>
              </w:rPr>
              <w:t>_________________</w:t>
            </w:r>
          </w:p>
        </w:tc>
      </w:tr>
      <w:tr w:rsidR="00C16E17" w14:paraId="3496280A" w14:textId="77777777">
        <w:trPr>
          <w:jc w:val="center"/>
        </w:trPr>
        <w:tc>
          <w:tcPr>
            <w:tcW w:w="10224" w:type="dxa"/>
            <w:gridSpan w:val="5"/>
            <w:tcBorders>
              <w:left w:val="single" w:sz="24" w:space="0" w:color="2B6CB0"/>
            </w:tcBorders>
            <w:shd w:val="clear" w:color="auto" w:fill="EBF8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8B645E" w14:textId="77777777" w:rsidR="00C16E17" w:rsidRDefault="00000000">
            <w:pPr>
              <w:spacing w:before="40" w:after="40"/>
            </w:pPr>
            <w:r>
              <w:rPr>
                <w:rFonts w:ascii="Helvetica" w:hAnsi="Helvetica"/>
                <w:b/>
                <w:color w:val="1A365D"/>
                <w:sz w:val="18"/>
              </w:rPr>
              <w:t>II. SAŽETAK PROJEKTA</w:t>
            </w:r>
          </w:p>
        </w:tc>
      </w:tr>
    </w:tbl>
    <w:p w14:paraId="7F8AE2D1" w14:textId="77777777" w:rsidR="00C16E17" w:rsidRDefault="00000000">
      <w:pPr>
        <w:spacing w:before="40" w:after="40"/>
      </w:pPr>
      <w:r>
        <w:rPr>
          <w:i/>
          <w:color w:val="718096"/>
          <w:sz w:val="16"/>
        </w:rPr>
        <w:t>(Kratak opis ciljeva, glavnih aktivnosti, očekivanih rezultata i ciljnih grupa - maksimalno 200 riječi)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17"/>
      </w:tblGrid>
      <w:tr w:rsidR="00C16E17" w14:paraId="59905BE9" w14:textId="77777777" w:rsidTr="006131DF">
        <w:trPr>
          <w:jc w:val="center"/>
        </w:trPr>
        <w:tc>
          <w:tcPr>
            <w:tcW w:w="1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C6E4E" w14:textId="01F14A4F" w:rsidR="00C16E17" w:rsidRDefault="00000000">
            <w:r>
              <w:t>..........................................................................................................................................................................</w:t>
            </w:r>
            <w:r w:rsidR="006131DF">
              <w:t>....................................................</w:t>
            </w:r>
            <w:r>
              <w:br/>
            </w:r>
            <w:r w:rsidR="006131DF"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  <w:r w:rsidR="006131DF"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  <w:r w:rsidR="006131DF"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  <w:tr w:rsidR="00C16E17" w14:paraId="5C5D3620" w14:textId="77777777" w:rsidTr="006131DF">
        <w:trPr>
          <w:jc w:val="center"/>
        </w:trPr>
        <w:tc>
          <w:tcPr>
            <w:tcW w:w="1557" w:type="dxa"/>
            <w:tcBorders>
              <w:left w:val="single" w:sz="24" w:space="0" w:color="2B6CB0"/>
            </w:tcBorders>
            <w:shd w:val="clear" w:color="auto" w:fill="EBF8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22CE9E" w14:textId="77777777" w:rsidR="00C16E17" w:rsidRDefault="00000000">
            <w:pPr>
              <w:spacing w:before="40" w:after="40"/>
            </w:pPr>
            <w:r>
              <w:rPr>
                <w:rFonts w:ascii="Helvetica" w:hAnsi="Helvetica"/>
                <w:b/>
                <w:color w:val="1A365D"/>
                <w:sz w:val="18"/>
              </w:rPr>
              <w:t>III. RELEVANTNOST PROJEKTA I ANALIZA PROBLEMA</w:t>
            </w:r>
          </w:p>
        </w:tc>
      </w:tr>
    </w:tbl>
    <w:p w14:paraId="7EF24256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t>1. Opis i analiza problema u lokalnoj zajednici koji se nastoji riješiti: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10832C07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E7DFD8" w14:textId="63495039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</w:tbl>
    <w:p w14:paraId="133CB1C2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t>2. Usklađenost sa prioritetima i strateškim ciljevima Općine Velika Kladuša: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246032C8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7C0F35" w14:textId="28AA13C1" w:rsidR="00C16E17" w:rsidRDefault="006131DF" w:rsidP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  <w:r w:rsidRPr="006131DF"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</w:tbl>
    <w:p w14:paraId="1988E3EC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t>3. Ciljne grupe i krajnji korisnici (opis i procjena broja korisnika):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1855E374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9C903B" w14:textId="671A9465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  <w:tr w:rsidR="00C16E17" w14:paraId="500D9A5A" w14:textId="77777777">
        <w:trPr>
          <w:jc w:val="center"/>
        </w:trPr>
        <w:tc>
          <w:tcPr>
            <w:tcW w:w="10224" w:type="dxa"/>
            <w:tcBorders>
              <w:left w:val="single" w:sz="24" w:space="0" w:color="2B6CB0"/>
            </w:tcBorders>
            <w:shd w:val="clear" w:color="auto" w:fill="EBF8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039F93" w14:textId="77777777" w:rsidR="00C16E17" w:rsidRDefault="00000000">
            <w:pPr>
              <w:spacing w:before="40" w:after="40"/>
            </w:pPr>
            <w:r>
              <w:rPr>
                <w:rFonts w:ascii="Helvetica" w:hAnsi="Helvetica"/>
                <w:b/>
                <w:color w:val="1A365D"/>
                <w:sz w:val="18"/>
              </w:rPr>
              <w:lastRenderedPageBreak/>
              <w:t>IV. CILJEVI PROJEKTA</w:t>
            </w:r>
          </w:p>
        </w:tc>
      </w:tr>
    </w:tbl>
    <w:p w14:paraId="34E74144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t>1. Opći cilj projekta (širi dugoročni efekat):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2282860C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1CCEE2" w14:textId="77777777" w:rsidR="006131DF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6BFADFD" w14:textId="3CC8E3FE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</w:tbl>
    <w:p w14:paraId="045D4A9D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t>2. Specifični ciljevi projekta (konkretne promjene koje projekat ostvaruje):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581D5DE9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040AC2" w14:textId="7FE0540E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9A89EA4" w14:textId="5E51B6D8" w:rsidR="00C16E17" w:rsidRDefault="00C16E1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6C20E845" w14:textId="77777777">
        <w:trPr>
          <w:jc w:val="center"/>
        </w:trPr>
        <w:tc>
          <w:tcPr>
            <w:tcW w:w="10224" w:type="dxa"/>
            <w:tcBorders>
              <w:left w:val="single" w:sz="24" w:space="0" w:color="2B6CB0"/>
            </w:tcBorders>
            <w:shd w:val="clear" w:color="auto" w:fill="EBF8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DAE21A" w14:textId="77777777" w:rsidR="00C16E17" w:rsidRDefault="00000000">
            <w:pPr>
              <w:spacing w:before="40" w:after="40"/>
            </w:pPr>
            <w:r>
              <w:rPr>
                <w:rFonts w:ascii="Helvetica" w:hAnsi="Helvetica"/>
                <w:b/>
                <w:color w:val="1A365D"/>
                <w:sz w:val="18"/>
              </w:rPr>
              <w:t>V. DETALJAN OPIS AKTIVNOSTI I METODOLOGIJA RADA</w:t>
            </w:r>
          </w:p>
        </w:tc>
      </w:tr>
    </w:tbl>
    <w:p w14:paraId="457B7D54" w14:textId="77777777" w:rsidR="00C16E17" w:rsidRDefault="00000000">
      <w:pPr>
        <w:spacing w:before="40" w:after="40"/>
      </w:pPr>
      <w:r>
        <w:rPr>
          <w:i/>
          <w:color w:val="718096"/>
          <w:sz w:val="16"/>
        </w:rPr>
        <w:t>(Navedite i detaljno opišite svaku planiranu aktivnost, metode rada i način uključivanja korisnika)</w:t>
      </w:r>
    </w:p>
    <w:p w14:paraId="2D83C679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t>Aktivnost 1: (Naziv i detaljan opis)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4E6727E0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61EA52" w14:textId="5BBB511F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</w:tbl>
    <w:p w14:paraId="66719F47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t>Aktivnost 2: (Naziv i detaljan opis)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663B25D3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85E01" w14:textId="5A87C62C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</w:tbl>
    <w:p w14:paraId="06270B37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t>Aktivnost 3: (Naziv i detaljan opis)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04"/>
        <w:gridCol w:w="3504"/>
        <w:gridCol w:w="3504"/>
        <w:gridCol w:w="8"/>
      </w:tblGrid>
      <w:tr w:rsidR="00C16E17" w14:paraId="678C099A" w14:textId="77777777" w:rsidTr="00004222">
        <w:trPr>
          <w:jc w:val="center"/>
        </w:trPr>
        <w:tc>
          <w:tcPr>
            <w:tcW w:w="10520" w:type="dxa"/>
            <w:gridSpan w:val="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E5DE40" w14:textId="7851A0EE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  <w:tr w:rsidR="00C16E17" w14:paraId="3385349D" w14:textId="77777777" w:rsidTr="00004222">
        <w:trPr>
          <w:jc w:val="center"/>
        </w:trPr>
        <w:tc>
          <w:tcPr>
            <w:tcW w:w="10520" w:type="dxa"/>
            <w:gridSpan w:val="4"/>
            <w:tcBorders>
              <w:left w:val="single" w:sz="24" w:space="0" w:color="2B6CB0"/>
            </w:tcBorders>
            <w:shd w:val="clear" w:color="auto" w:fill="EBF8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9364F" w14:textId="77777777" w:rsidR="00C16E17" w:rsidRDefault="00000000">
            <w:pPr>
              <w:spacing w:before="40" w:after="40"/>
            </w:pPr>
            <w:r>
              <w:rPr>
                <w:rFonts w:ascii="Helvetica" w:hAnsi="Helvetica"/>
                <w:b/>
                <w:color w:val="1A365D"/>
                <w:sz w:val="18"/>
              </w:rPr>
              <w:t>VI. OČEKIVANI REZULTATI I INDIKATORI USPJEŠNOSTI</w:t>
            </w:r>
          </w:p>
        </w:tc>
      </w:tr>
      <w:tr w:rsidR="00C16E17" w14:paraId="2210DA33" w14:textId="77777777" w:rsidTr="00004222">
        <w:trPr>
          <w:gridAfter w:val="1"/>
          <w:wAfter w:w="8" w:type="dxa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</w:tcPr>
          <w:p w14:paraId="1840428E" w14:textId="77777777" w:rsidR="00C16E17" w:rsidRDefault="00000000" w:rsidP="00147092">
            <w:pPr>
              <w:jc w:val="center"/>
            </w:pPr>
            <w:r>
              <w:rPr>
                <w:b/>
                <w:color w:val="1A365D"/>
                <w:sz w:val="16"/>
              </w:rPr>
              <w:t>Planirani rezultati (Outputs)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</w:tcPr>
          <w:p w14:paraId="7446120E" w14:textId="77777777" w:rsidR="00C16E17" w:rsidRDefault="00000000" w:rsidP="00147092">
            <w:pPr>
              <w:jc w:val="center"/>
            </w:pPr>
            <w:r>
              <w:rPr>
                <w:b/>
                <w:color w:val="1A365D"/>
                <w:sz w:val="16"/>
              </w:rPr>
              <w:t>Mjerljivi i provjerljivi indikatori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8FF"/>
          </w:tcPr>
          <w:p w14:paraId="3F2FA670" w14:textId="77777777" w:rsidR="00C16E17" w:rsidRDefault="00000000" w:rsidP="00147092">
            <w:pPr>
              <w:jc w:val="center"/>
            </w:pPr>
            <w:r>
              <w:rPr>
                <w:b/>
                <w:color w:val="1A365D"/>
                <w:sz w:val="16"/>
              </w:rPr>
              <w:t>Izvori verifikacije (Dokazi)</w:t>
            </w:r>
          </w:p>
        </w:tc>
      </w:tr>
      <w:tr w:rsidR="00C16E17" w14:paraId="061729D4" w14:textId="77777777" w:rsidTr="00004222">
        <w:trPr>
          <w:gridAfter w:val="1"/>
          <w:wAfter w:w="8" w:type="dxa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8FA340" w14:textId="77777777" w:rsidR="00C16E17" w:rsidRDefault="00000000">
            <w:r>
              <w:t>1.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76CE74" w14:textId="77777777" w:rsidR="00C16E17" w:rsidRDefault="00C16E17"/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DB09E2" w14:textId="77777777" w:rsidR="00C16E17" w:rsidRDefault="00C16E17"/>
        </w:tc>
      </w:tr>
      <w:tr w:rsidR="00C16E17" w14:paraId="106E54E4" w14:textId="77777777" w:rsidTr="00004222">
        <w:trPr>
          <w:gridAfter w:val="1"/>
          <w:wAfter w:w="8" w:type="dxa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AC4DE8" w14:textId="77777777" w:rsidR="00C16E17" w:rsidRDefault="00000000">
            <w:r>
              <w:t>2.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359759" w14:textId="77777777" w:rsidR="00C16E17" w:rsidRDefault="00C16E17"/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FBF18C" w14:textId="77777777" w:rsidR="00C16E17" w:rsidRDefault="00C16E17"/>
        </w:tc>
      </w:tr>
      <w:tr w:rsidR="00C16E17" w14:paraId="5E36FA8D" w14:textId="77777777" w:rsidTr="00004222">
        <w:trPr>
          <w:gridAfter w:val="1"/>
          <w:wAfter w:w="8" w:type="dxa"/>
          <w:trHeight w:val="519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BB57D0" w14:textId="2DB3C59C" w:rsidR="00004222" w:rsidRDefault="00000000" w:rsidP="00004222">
            <w:r>
              <w:t>3.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24AE1C" w14:textId="77777777" w:rsidR="00C16E17" w:rsidRDefault="00C16E17"/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386993" w14:textId="77777777" w:rsidR="00C16E17" w:rsidRDefault="00C16E17"/>
        </w:tc>
      </w:tr>
      <w:tr w:rsidR="00004222" w14:paraId="7D054D93" w14:textId="77777777" w:rsidTr="00004222">
        <w:trPr>
          <w:gridAfter w:val="1"/>
          <w:wAfter w:w="8" w:type="dxa"/>
          <w:trHeight w:val="470"/>
          <w:jc w:val="center"/>
        </w:trPr>
        <w:tc>
          <w:tcPr>
            <w:tcW w:w="3504" w:type="dxa"/>
            <w:tcBorders>
              <w:top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E4A53D" w14:textId="77777777" w:rsidR="00004222" w:rsidRDefault="00004222" w:rsidP="00004222"/>
        </w:tc>
        <w:tc>
          <w:tcPr>
            <w:tcW w:w="3504" w:type="dxa"/>
            <w:tcBorders>
              <w:top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A3CFAD" w14:textId="77777777" w:rsidR="00004222" w:rsidRDefault="00004222"/>
        </w:tc>
        <w:tc>
          <w:tcPr>
            <w:tcW w:w="3504" w:type="dxa"/>
            <w:tcBorders>
              <w:top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631ABB" w14:textId="77777777" w:rsidR="00004222" w:rsidRDefault="00004222"/>
        </w:tc>
      </w:tr>
      <w:tr w:rsidR="00C16E17" w14:paraId="19FDB29D" w14:textId="77777777" w:rsidTr="00004222">
        <w:trPr>
          <w:jc w:val="center"/>
        </w:trPr>
        <w:tc>
          <w:tcPr>
            <w:tcW w:w="10520" w:type="dxa"/>
            <w:gridSpan w:val="4"/>
            <w:tcBorders>
              <w:left w:val="single" w:sz="24" w:space="0" w:color="2B6CB0"/>
            </w:tcBorders>
            <w:shd w:val="clear" w:color="auto" w:fill="EBF8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36DE5E" w14:textId="77777777" w:rsidR="00C16E17" w:rsidRDefault="00000000">
            <w:pPr>
              <w:spacing w:before="40" w:after="40"/>
            </w:pPr>
            <w:r>
              <w:rPr>
                <w:rFonts w:ascii="Helvetica" w:hAnsi="Helvetica"/>
                <w:b/>
                <w:color w:val="1A365D"/>
                <w:sz w:val="18"/>
              </w:rPr>
              <w:t>VII. KAPACITETI APLIKANTA I PARTNERA</w:t>
            </w:r>
          </w:p>
        </w:tc>
      </w:tr>
    </w:tbl>
    <w:p w14:paraId="34B9EB41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t>1. Dosadašnje iskustvo u realizaciji sličnih projekata i ostvarene reference: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4AFBE8E3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2FB9F" w14:textId="4BBEAC21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  <w: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</w:tbl>
    <w:p w14:paraId="3D223C69" w14:textId="77777777" w:rsidR="00C16E17" w:rsidRDefault="00000000">
      <w:pPr>
        <w:spacing w:before="80" w:after="40"/>
      </w:pPr>
      <w:r>
        <w:rPr>
          <w:b/>
          <w:color w:val="1A365D"/>
          <w:sz w:val="17"/>
        </w:rPr>
        <w:lastRenderedPageBreak/>
        <w:t>2. Ljudski, organizacioni i tehnički resursi za provedbu projekta: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39423BDD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449DB" w14:textId="5CEBFD06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  <w:t>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br/>
            </w:r>
          </w:p>
        </w:tc>
      </w:tr>
      <w:tr w:rsidR="00C16E17" w14:paraId="2AB7243C" w14:textId="77777777">
        <w:trPr>
          <w:jc w:val="center"/>
        </w:trPr>
        <w:tc>
          <w:tcPr>
            <w:tcW w:w="10224" w:type="dxa"/>
            <w:tcBorders>
              <w:left w:val="single" w:sz="24" w:space="0" w:color="2B6CB0"/>
            </w:tcBorders>
            <w:shd w:val="clear" w:color="auto" w:fill="EBF8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FF56F1" w14:textId="77777777" w:rsidR="00C16E17" w:rsidRDefault="00000000">
            <w:pPr>
              <w:spacing w:before="40" w:after="40"/>
            </w:pPr>
            <w:r>
              <w:rPr>
                <w:rFonts w:ascii="Helvetica" w:hAnsi="Helvetica"/>
                <w:b/>
                <w:color w:val="1A365D"/>
                <w:sz w:val="18"/>
              </w:rPr>
              <w:t>VIII. ODRŽIVOST PROJEKTA I DODATNA DRUŠTVENA VRIJEDNOST</w:t>
            </w:r>
          </w:p>
        </w:tc>
      </w:tr>
    </w:tbl>
    <w:p w14:paraId="4EF5CC9D" w14:textId="77777777" w:rsidR="00C16E17" w:rsidRPr="006131DF" w:rsidRDefault="00000000">
      <w:pPr>
        <w:spacing w:before="80" w:after="40"/>
        <w:rPr>
          <w:lang w:val="fr-FR"/>
        </w:rPr>
      </w:pPr>
      <w:r w:rsidRPr="006131DF">
        <w:rPr>
          <w:b/>
          <w:color w:val="1A365D"/>
          <w:sz w:val="17"/>
          <w:lang w:val="fr-FR"/>
        </w:rPr>
        <w:t>1. Održivost rezultata nakon prestanka finansiranja iz budžeta Općine: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C16E17" w14:paraId="0B9FA820" w14:textId="77777777">
        <w:trPr>
          <w:jc w:val="center"/>
        </w:trPr>
        <w:tc>
          <w:tcPr>
            <w:tcW w:w="102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F2DA2D" w14:textId="77777777" w:rsidR="006131DF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6B7936D" w14:textId="440C833F" w:rsidR="00C16E17" w:rsidRDefault="006131DF">
            <w:r>
              <w:t>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70179D8" w14:textId="47CB25EC" w:rsidR="00C16E17" w:rsidRDefault="00000000">
      <w:pPr>
        <w:spacing w:before="80" w:after="40"/>
      </w:pPr>
      <w:r>
        <w:rPr>
          <w:b/>
          <w:color w:val="1A365D"/>
          <w:sz w:val="17"/>
        </w:rPr>
        <w:t>2. Dodatna vrijednost (označite):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56"/>
        <w:gridCol w:w="5256"/>
      </w:tblGrid>
      <w:tr w:rsidR="00C16E17" w14:paraId="756BBB37" w14:textId="77777777">
        <w:trPr>
          <w:jc w:val="center"/>
        </w:trPr>
        <w:tc>
          <w:tcPr>
            <w:tcW w:w="5256" w:type="dxa"/>
          </w:tcPr>
          <w:p w14:paraId="5EABF902" w14:textId="77777777" w:rsidR="00C16E17" w:rsidRDefault="00000000">
            <w:r>
              <w:t>☐ Osobe sa invaliditetom</w:t>
            </w:r>
          </w:p>
        </w:tc>
        <w:tc>
          <w:tcPr>
            <w:tcW w:w="5256" w:type="dxa"/>
          </w:tcPr>
          <w:p w14:paraId="067C9BA5" w14:textId="77777777" w:rsidR="00C16E17" w:rsidRDefault="00000000">
            <w:r>
              <w:t>☐ Mlade i djecu / volontarizam</w:t>
            </w:r>
          </w:p>
        </w:tc>
      </w:tr>
      <w:tr w:rsidR="00C16E17" w14:paraId="67ED3E2F" w14:textId="77777777">
        <w:trPr>
          <w:jc w:val="center"/>
        </w:trPr>
        <w:tc>
          <w:tcPr>
            <w:tcW w:w="5256" w:type="dxa"/>
          </w:tcPr>
          <w:p w14:paraId="75048AED" w14:textId="77777777" w:rsidR="00C16E17" w:rsidRDefault="00000000">
            <w:r>
              <w:t>☐ Rodnu ravnopravnost</w:t>
            </w:r>
          </w:p>
          <w:p w14:paraId="40FA289D" w14:textId="77777777" w:rsidR="00147092" w:rsidRPr="00147092" w:rsidRDefault="00147092" w:rsidP="00147092"/>
        </w:tc>
        <w:tc>
          <w:tcPr>
            <w:tcW w:w="5256" w:type="dxa"/>
          </w:tcPr>
          <w:p w14:paraId="61578AF8" w14:textId="767B25B4" w:rsidR="00147092" w:rsidRDefault="00000000" w:rsidP="00147092">
            <w:r>
              <w:t>☐ Više mjesnih zajednica</w:t>
            </w:r>
          </w:p>
          <w:p w14:paraId="57F4DDC9" w14:textId="77777777" w:rsidR="00147092" w:rsidRDefault="00147092"/>
        </w:tc>
      </w:tr>
      <w:tr w:rsidR="00C16E17" w14:paraId="2FFC0AF6" w14:textId="77777777">
        <w:trPr>
          <w:jc w:val="center"/>
        </w:trPr>
        <w:tc>
          <w:tcPr>
            <w:tcW w:w="5256" w:type="dxa"/>
          </w:tcPr>
          <w:p w14:paraId="13778CEF" w14:textId="77777777" w:rsidR="00C16E17" w:rsidRDefault="00000000">
            <w:pPr>
              <w:spacing w:before="400"/>
            </w:pPr>
            <w:r>
              <w:rPr>
                <w:b/>
              </w:rPr>
              <w:t>Mjesto: Velika Kladuša</w:t>
            </w:r>
            <w:r>
              <w:rPr>
                <w:b/>
              </w:rPr>
              <w:br/>
              <w:t>Datum: ___________________ godine</w:t>
            </w:r>
          </w:p>
        </w:tc>
        <w:tc>
          <w:tcPr>
            <w:tcW w:w="5256" w:type="dxa"/>
          </w:tcPr>
          <w:p w14:paraId="6C6669F7" w14:textId="77777777" w:rsidR="00C16E17" w:rsidRDefault="00000000">
            <w:pPr>
              <w:spacing w:before="400"/>
              <w:jc w:val="right"/>
            </w:pPr>
            <w:r>
              <w:rPr>
                <w:b/>
              </w:rPr>
              <w:t>____________________________________</w:t>
            </w:r>
            <w:r>
              <w:rPr>
                <w:b/>
              </w:rPr>
              <w:br/>
              <w:t>Lice ovlašteno za zastupanje (Potpis i M.P.)</w:t>
            </w:r>
          </w:p>
        </w:tc>
      </w:tr>
    </w:tbl>
    <w:p w14:paraId="733D5E4C" w14:textId="77777777" w:rsidR="002C7B72" w:rsidRDefault="002C7B72"/>
    <w:sectPr w:rsidR="002C7B72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4876990">
    <w:abstractNumId w:val="8"/>
  </w:num>
  <w:num w:numId="2" w16cid:durableId="1724937765">
    <w:abstractNumId w:val="6"/>
  </w:num>
  <w:num w:numId="3" w16cid:durableId="1014502704">
    <w:abstractNumId w:val="5"/>
  </w:num>
  <w:num w:numId="4" w16cid:durableId="1305549610">
    <w:abstractNumId w:val="4"/>
  </w:num>
  <w:num w:numId="5" w16cid:durableId="1769618343">
    <w:abstractNumId w:val="7"/>
  </w:num>
  <w:num w:numId="6" w16cid:durableId="135419421">
    <w:abstractNumId w:val="3"/>
  </w:num>
  <w:num w:numId="7" w16cid:durableId="875657733">
    <w:abstractNumId w:val="2"/>
  </w:num>
  <w:num w:numId="8" w16cid:durableId="1498492684">
    <w:abstractNumId w:val="1"/>
  </w:num>
  <w:num w:numId="9" w16cid:durableId="127863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222"/>
    <w:rsid w:val="00034616"/>
    <w:rsid w:val="0006063C"/>
    <w:rsid w:val="00147092"/>
    <w:rsid w:val="0015074B"/>
    <w:rsid w:val="0029639D"/>
    <w:rsid w:val="002C7B72"/>
    <w:rsid w:val="00326F90"/>
    <w:rsid w:val="003D1A00"/>
    <w:rsid w:val="006131DF"/>
    <w:rsid w:val="007239B1"/>
    <w:rsid w:val="00AA1D8D"/>
    <w:rsid w:val="00B47730"/>
    <w:rsid w:val="00C16E17"/>
    <w:rsid w:val="00C53045"/>
    <w:rsid w:val="00CB0664"/>
    <w:rsid w:val="00EE0C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47EFE"/>
  <w14:defaultImageDpi w14:val="300"/>
  <w15:docId w15:val="{625E82A8-16AE-43E8-AC31-9D6237FA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Jasmin Sahinovic</cp:lastModifiedBy>
  <cp:revision>6</cp:revision>
  <dcterms:created xsi:type="dcterms:W3CDTF">2013-12-23T23:15:00Z</dcterms:created>
  <dcterms:modified xsi:type="dcterms:W3CDTF">2026-08-11T12:40:00Z</dcterms:modified>
  <cp:category/>
</cp:coreProperties>
</file>